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1F2CE" w14:textId="0B676AA0" w:rsidR="00065A43" w:rsidRDefault="003D0F46" w:rsidP="00245BAE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bookmarkStart w:id="0" w:name="_Hlk223333803"/>
      <w:r>
        <w:rPr>
          <w:rFonts w:ascii="Times New Roman" w:hAnsi="Times New Roman" w:cs="Times New Roman"/>
          <w:b/>
          <w:bCs/>
          <w:sz w:val="44"/>
          <w:szCs w:val="44"/>
        </w:rPr>
        <w:t>Be a Nurse for a Day</w:t>
      </w:r>
      <w:r w:rsidR="0027778F">
        <w:rPr>
          <w:rFonts w:ascii="Times New Roman" w:hAnsi="Times New Roman" w:cs="Times New Roman"/>
          <w:b/>
          <w:bCs/>
          <w:sz w:val="44"/>
          <w:szCs w:val="44"/>
        </w:rPr>
        <w:t>!</w:t>
      </w:r>
    </w:p>
    <w:p w14:paraId="2C83BAA4" w14:textId="6B5A6EF1" w:rsidR="00515620" w:rsidRPr="00515620" w:rsidRDefault="00515620" w:rsidP="00245BAE">
      <w:pPr>
        <w:jc w:val="center"/>
        <w:rPr>
          <w:rFonts w:ascii="Times New Roman" w:hAnsi="Times New Roman" w:cs="Times New Roman"/>
          <w:b/>
          <w:bCs/>
        </w:rPr>
      </w:pPr>
      <w:r w:rsidRPr="006E1A13">
        <w:rPr>
          <w:rFonts w:ascii="Times New Roman" w:hAnsi="Times New Roman" w:cs="Times New Roman"/>
          <w:b/>
          <w:bCs/>
        </w:rPr>
        <w:t>Exploring the Roles of Nurses and Addressing a Healthcare Challenge</w:t>
      </w:r>
    </w:p>
    <w:p w14:paraId="22B5BA98" w14:textId="34C87B04" w:rsidR="009253EA" w:rsidRPr="009253EA" w:rsidRDefault="00C876AF" w:rsidP="009253E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24193B" wp14:editId="467AAF48">
            <wp:extent cx="5486400" cy="3048000"/>
            <wp:effectExtent l="0" t="0" r="0" b="0"/>
            <wp:docPr id="1966691234" name="Picture 1" descr="A few nurses looking at a fi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91234" name="Picture 1" descr="A few nurses looking at a fil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DAAD" w14:textId="0A3D8878" w:rsidR="00065A43" w:rsidRPr="00C876AF" w:rsidRDefault="00065A4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876AF">
        <w:rPr>
          <w:rFonts w:ascii="Times New Roman" w:hAnsi="Times New Roman" w:cs="Times New Roman"/>
          <w:b/>
          <w:bCs/>
          <w:sz w:val="32"/>
          <w:szCs w:val="32"/>
        </w:rPr>
        <w:t>Part 1: Understanding the Role of a Nurse</w:t>
      </w:r>
    </w:p>
    <w:p w14:paraId="7883A335" w14:textId="529C80D4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 xml:space="preserve">Choose ONE way to review </w:t>
      </w:r>
      <w:r w:rsidR="005D2388" w:rsidRPr="006E1A13">
        <w:rPr>
          <w:rFonts w:ascii="Times New Roman" w:hAnsi="Times New Roman" w:cs="Times New Roman"/>
        </w:rPr>
        <w:t>the role and responsibilities of a nurse</w:t>
      </w:r>
      <w:r w:rsidR="005D2388">
        <w:rPr>
          <w:rFonts w:ascii="Times New Roman" w:hAnsi="Times New Roman" w:cs="Times New Roman"/>
        </w:rPr>
        <w:t xml:space="preserve">. </w:t>
      </w:r>
      <w:r w:rsidRPr="00065A43">
        <w:rPr>
          <w:rFonts w:ascii="Times New Roman" w:hAnsi="Times New Roman" w:cs="Times New Roman"/>
        </w:rPr>
        <w:t>Check your choice.</w:t>
      </w:r>
    </w:p>
    <w:p w14:paraId="6D1930D9" w14:textId="62E8C092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Segoe UI Symbol" w:hAnsi="Segoe UI Symbol" w:cs="Segoe UI Symbol"/>
        </w:rPr>
        <w:t>☐</w:t>
      </w:r>
      <w:r w:rsidRPr="00065A43">
        <w:rPr>
          <w:rFonts w:ascii="Times New Roman" w:hAnsi="Times New Roman" w:cs="Times New Roman"/>
        </w:rPr>
        <w:t xml:space="preserve"> Read a short description of a nurse’s daily tasks</w:t>
      </w:r>
      <w:r w:rsidR="00FA381B">
        <w:rPr>
          <w:rFonts w:ascii="Times New Roman" w:hAnsi="Times New Roman" w:cs="Times New Roman"/>
        </w:rPr>
        <w:t xml:space="preserve"> (</w:t>
      </w:r>
      <w:r w:rsidR="003C62FA">
        <w:rPr>
          <w:rFonts w:ascii="Times New Roman" w:hAnsi="Times New Roman" w:cs="Times New Roman"/>
        </w:rPr>
        <w:t>Find in PDF</w:t>
      </w:r>
      <w:r w:rsidR="00FB0686">
        <w:rPr>
          <w:rFonts w:ascii="Times New Roman" w:hAnsi="Times New Roman" w:cs="Times New Roman"/>
        </w:rPr>
        <w:t xml:space="preserve"> of “What is a Registered Nurse”)</w:t>
      </w:r>
    </w:p>
    <w:p w14:paraId="7A73D3C3" w14:textId="5E70834C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Segoe UI Symbol" w:hAnsi="Segoe UI Symbol" w:cs="Segoe UI Symbol"/>
        </w:rPr>
        <w:t>☐</w:t>
      </w:r>
      <w:r w:rsidRPr="00065A43">
        <w:rPr>
          <w:rFonts w:ascii="Times New Roman" w:hAnsi="Times New Roman" w:cs="Times New Roman"/>
        </w:rPr>
        <w:t xml:space="preserve"> Listen to the teacher explain the role of a nurse</w:t>
      </w:r>
      <w:r w:rsidR="00FB0686">
        <w:rPr>
          <w:rFonts w:ascii="Times New Roman" w:hAnsi="Times New Roman" w:cs="Times New Roman"/>
        </w:rPr>
        <w:t xml:space="preserve"> (Teacher can explain from PDF of “What is a Registered Nurse”)</w:t>
      </w:r>
    </w:p>
    <w:p w14:paraId="488FE570" w14:textId="49F0786A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Segoe UI Symbol" w:hAnsi="Segoe UI Symbol" w:cs="Segoe UI Symbol"/>
        </w:rPr>
        <w:t>☐</w:t>
      </w:r>
      <w:r w:rsidRPr="00065A43">
        <w:rPr>
          <w:rFonts w:ascii="Times New Roman" w:hAnsi="Times New Roman" w:cs="Times New Roman"/>
        </w:rPr>
        <w:t xml:space="preserve"> Look at visual diagrams of nurse responsibilities</w:t>
      </w:r>
      <w:r w:rsidR="00FB0686">
        <w:rPr>
          <w:rFonts w:ascii="Times New Roman" w:hAnsi="Times New Roman" w:cs="Times New Roman"/>
        </w:rPr>
        <w:t xml:space="preserve"> </w:t>
      </w:r>
      <w:r w:rsidR="00EC1B79">
        <w:rPr>
          <w:rFonts w:ascii="Times New Roman" w:hAnsi="Times New Roman" w:cs="Times New Roman"/>
        </w:rPr>
        <w:t>(See PDF attached of “Visual Diagrams of Nurses Responsibilities”)</w:t>
      </w:r>
    </w:p>
    <w:p w14:paraId="5361CE6E" w14:textId="225586A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Segoe UI Symbol" w:hAnsi="Segoe UI Symbol" w:cs="Segoe UI Symbol"/>
        </w:rPr>
        <w:t>☐</w:t>
      </w:r>
      <w:r w:rsidRPr="00065A43">
        <w:rPr>
          <w:rFonts w:ascii="Times New Roman" w:hAnsi="Times New Roman" w:cs="Times New Roman"/>
        </w:rPr>
        <w:t xml:space="preserve"> Watch a short video clip about nursing work</w:t>
      </w:r>
      <w:r w:rsidR="00EC1B79">
        <w:rPr>
          <w:rFonts w:ascii="Times New Roman" w:hAnsi="Times New Roman" w:cs="Times New Roman"/>
        </w:rPr>
        <w:t xml:space="preserve"> (See video attached</w:t>
      </w:r>
      <w:r w:rsidR="00BA77FC">
        <w:rPr>
          <w:rFonts w:ascii="Times New Roman" w:hAnsi="Times New Roman" w:cs="Times New Roman"/>
        </w:rPr>
        <w:t>:</w:t>
      </w:r>
      <w:r w:rsidR="00EC1B79">
        <w:rPr>
          <w:rFonts w:ascii="Times New Roman" w:hAnsi="Times New Roman" w:cs="Times New Roman"/>
        </w:rPr>
        <w:t xml:space="preserve"> </w:t>
      </w:r>
      <w:hyperlink r:id="rId7" w:history="1">
        <w:r w:rsidR="00BA77FC" w:rsidRPr="00BA77FC">
          <w:rPr>
            <w:rStyle w:val="Hyperlink"/>
            <w:rFonts w:ascii="Times New Roman" w:hAnsi="Times New Roman" w:cs="Times New Roman"/>
          </w:rPr>
          <w:t>How to become a Nurse with NBCC | Centre of Excellence for Health</w:t>
        </w:r>
      </w:hyperlink>
      <w:r w:rsidR="00BA77FC">
        <w:rPr>
          <w:rFonts w:ascii="Times New Roman" w:hAnsi="Times New Roman" w:cs="Times New Roman"/>
        </w:rPr>
        <w:t>)</w:t>
      </w:r>
    </w:p>
    <w:p w14:paraId="6A393C82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Segoe UI Symbol" w:hAnsi="Segoe UI Symbol" w:cs="Segoe UI Symbol"/>
        </w:rPr>
        <w:t>☐</w:t>
      </w:r>
      <w:r w:rsidRPr="00065A43">
        <w:rPr>
          <w:rFonts w:ascii="Times New Roman" w:hAnsi="Times New Roman" w:cs="Times New Roman"/>
        </w:rPr>
        <w:t xml:space="preserve"> Discuss with a partner and take shared notes</w:t>
      </w:r>
    </w:p>
    <w:p w14:paraId="30D32C4E" w14:textId="195BC9BA" w:rsidR="00B24BF5" w:rsidRPr="00065A43" w:rsidRDefault="00F31C28">
      <w:pPr>
        <w:rPr>
          <w:rFonts w:ascii="Times New Roman" w:hAnsi="Times New Roman" w:cs="Times New Roman"/>
          <w:sz w:val="24"/>
          <w:szCs w:val="24"/>
        </w:rPr>
      </w:pPr>
      <w:r w:rsidRPr="00065A43">
        <w:rPr>
          <w:rFonts w:ascii="Times New Roman" w:hAnsi="Times New Roman" w:cs="Times New Roman"/>
        </w:rPr>
        <w:br/>
      </w:r>
      <w:r w:rsidRPr="00065A43">
        <w:rPr>
          <w:rFonts w:ascii="Times New Roman" w:hAnsi="Times New Roman" w:cs="Times New Roman"/>
          <w:sz w:val="24"/>
          <w:szCs w:val="24"/>
        </w:rPr>
        <w:t xml:space="preserve">Write or draw ONE thing you learned about </w:t>
      </w:r>
      <w:proofErr w:type="gramStart"/>
      <w:r w:rsidR="001011CA">
        <w:rPr>
          <w:rFonts w:ascii="Times New Roman" w:hAnsi="Times New Roman" w:cs="Times New Roman"/>
          <w:sz w:val="24"/>
          <w:szCs w:val="24"/>
        </w:rPr>
        <w:t>nurses</w:t>
      </w:r>
      <w:proofErr w:type="gramEnd"/>
      <w:r w:rsidR="001011CA">
        <w:rPr>
          <w:rFonts w:ascii="Times New Roman" w:hAnsi="Times New Roman" w:cs="Times New Roman"/>
          <w:sz w:val="24"/>
          <w:szCs w:val="24"/>
        </w:rPr>
        <w:t xml:space="preserve"> roles and responsibilities</w:t>
      </w:r>
      <w:r w:rsidRPr="00065A43">
        <w:rPr>
          <w:rFonts w:ascii="Times New Roman" w:hAnsi="Times New Roman" w:cs="Times New Roman"/>
          <w:sz w:val="24"/>
          <w:szCs w:val="24"/>
        </w:rPr>
        <w:t>:</w:t>
      </w:r>
    </w:p>
    <w:p w14:paraId="30578773" w14:textId="200B2D9C" w:rsidR="00B24BF5" w:rsidRPr="00065A43" w:rsidRDefault="00F31C28">
      <w:pPr>
        <w:rPr>
          <w:rFonts w:ascii="Times New Roman" w:hAnsi="Times New Roman" w:cs="Times New Roman"/>
          <w:sz w:val="24"/>
          <w:szCs w:val="24"/>
        </w:rPr>
      </w:pPr>
      <w:r w:rsidRPr="00065A43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37DC2759" w14:textId="75E9588A" w:rsidR="00B24BF5" w:rsidRDefault="0042099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9EA1B0" wp14:editId="15C5342E">
                <wp:simplePos x="0" y="0"/>
                <wp:positionH relativeFrom="column">
                  <wp:posOffset>-857250</wp:posOffset>
                </wp:positionH>
                <wp:positionV relativeFrom="paragraph">
                  <wp:posOffset>476250</wp:posOffset>
                </wp:positionV>
                <wp:extent cx="2019300" cy="571500"/>
                <wp:effectExtent l="0" t="0" r="0" b="0"/>
                <wp:wrapNone/>
                <wp:docPr id="76720912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9645" h="808530">
                              <a:moveTo>
                                <a:pt x="0" y="0"/>
                              </a:moveTo>
                              <a:lnTo>
                                <a:pt x="2999645" y="0"/>
                              </a:lnTo>
                              <a:lnTo>
                                <a:pt x="2999645" y="808530"/>
                              </a:lnTo>
                              <a:lnTo>
                                <a:pt x="0" y="808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FFFE" id="Freeform 9" o:spid="_x0000_s1026" style="position:absolute;margin-left:-67.5pt;margin-top:37.5pt;width:15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99645,808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" path="m,l2999645,r,808530l,808530,,xe" stroked="f">
                <v:fill r:id="rId9" o:title="" recolor="t" rotate="t" type="frame"/>
                <v:path arrowok="t"/>
              </v:shape>
            </w:pict>
          </mc:Fallback>
        </mc:AlternateContent>
      </w:r>
      <w:r w:rsidR="00F31C28" w:rsidRPr="00065A43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4A8D95CF" w14:textId="77777777" w:rsidR="00420993" w:rsidRPr="00065A43" w:rsidRDefault="00420993">
      <w:pPr>
        <w:rPr>
          <w:rFonts w:ascii="Times New Roman" w:hAnsi="Times New Roman" w:cs="Times New Roman"/>
        </w:rPr>
      </w:pPr>
    </w:p>
    <w:p w14:paraId="4467177C" w14:textId="4C5FDE02" w:rsidR="00065A43" w:rsidRPr="00065A43" w:rsidRDefault="00FC0DE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5232707D" wp14:editId="6022984B">
            <wp:simplePos x="0" y="0"/>
            <wp:positionH relativeFrom="margin">
              <wp:posOffset>3629025</wp:posOffset>
            </wp:positionH>
            <wp:positionV relativeFrom="paragraph">
              <wp:posOffset>-622935</wp:posOffset>
            </wp:positionV>
            <wp:extent cx="1743075" cy="1768565"/>
            <wp:effectExtent l="0" t="0" r="0" b="3175"/>
            <wp:wrapNone/>
            <wp:docPr id="1512081801" name="Picture 2" descr="A puzzle pieces in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81801" name="Picture 2" descr="A puzzle pieces in different color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6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43" w:rsidRPr="00065A43">
        <w:rPr>
          <w:rFonts w:ascii="Times New Roman" w:hAnsi="Times New Roman" w:cs="Times New Roman"/>
          <w:b/>
          <w:bCs/>
          <w:sz w:val="28"/>
          <w:szCs w:val="28"/>
        </w:rPr>
        <w:t xml:space="preserve">Part 2: Solve a Nursing Challenge </w:t>
      </w:r>
    </w:p>
    <w:p w14:paraId="539341B5" w14:textId="2DD12AB3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Think about one of the nursing scenarios from class.</w:t>
      </w:r>
    </w:p>
    <w:p w14:paraId="534CAA13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br/>
        <w:t>Describe the situation (what happened?):</w:t>
      </w:r>
    </w:p>
    <w:p w14:paraId="3F257544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____________________________________________________________</w:t>
      </w:r>
    </w:p>
    <w:p w14:paraId="23D721BB" w14:textId="4F085B0E" w:rsidR="001011CA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____________________________________________________________</w:t>
      </w:r>
    </w:p>
    <w:p w14:paraId="651C6149" w14:textId="7156A3CF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Why is this situation important or challenging?</w:t>
      </w:r>
    </w:p>
    <w:p w14:paraId="0CCD24BC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____________________________________________________________</w:t>
      </w:r>
    </w:p>
    <w:p w14:paraId="3506F366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____________________________________________________________</w:t>
      </w:r>
    </w:p>
    <w:p w14:paraId="488A4D44" w14:textId="2A3966C4" w:rsidR="00503AE0" w:rsidRDefault="00503AE0">
      <w:pPr>
        <w:rPr>
          <w:rFonts w:ascii="Times New Roman" w:hAnsi="Times New Roman" w:cs="Times New Roman"/>
        </w:rPr>
      </w:pPr>
    </w:p>
    <w:p w14:paraId="66B4653F" w14:textId="0E9A17A8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How would you feel if you were the nurse? Why?</w:t>
      </w:r>
    </w:p>
    <w:p w14:paraId="319D0FE2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____________________________________________________________</w:t>
      </w:r>
    </w:p>
    <w:p w14:paraId="71771D73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____________________________________________________________</w:t>
      </w:r>
    </w:p>
    <w:p w14:paraId="01B1C881" w14:textId="5285D777" w:rsidR="00B24BF5" w:rsidRPr="00065A43" w:rsidRDefault="00B24BF5">
      <w:pPr>
        <w:rPr>
          <w:rFonts w:ascii="Times New Roman" w:hAnsi="Times New Roman" w:cs="Times New Roman"/>
        </w:rPr>
      </w:pPr>
    </w:p>
    <w:p w14:paraId="228B78FC" w14:textId="3C723DA7" w:rsidR="00065A43" w:rsidRPr="00065A43" w:rsidRDefault="00065A4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5A43">
        <w:rPr>
          <w:rFonts w:ascii="Times New Roman" w:hAnsi="Times New Roman" w:cs="Times New Roman"/>
          <w:b/>
          <w:bCs/>
          <w:sz w:val="28"/>
          <w:szCs w:val="28"/>
        </w:rPr>
        <w:t>Part 3: Show What You Know</w:t>
      </w:r>
    </w:p>
    <w:p w14:paraId="56FAD0D1" w14:textId="63AEF5FB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Choose ONE way to explain how the nurse should respond. Check your choice.</w:t>
      </w:r>
    </w:p>
    <w:p w14:paraId="6F29BFA9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Segoe UI Symbol" w:hAnsi="Segoe UI Symbol" w:cs="Segoe UI Symbol"/>
        </w:rPr>
        <w:t>☐</w:t>
      </w:r>
      <w:r w:rsidRPr="00065A43">
        <w:rPr>
          <w:rFonts w:ascii="Times New Roman" w:hAnsi="Times New Roman" w:cs="Times New Roman"/>
        </w:rPr>
        <w:t xml:space="preserve"> Draw a diagram or flow chart</w:t>
      </w:r>
    </w:p>
    <w:p w14:paraId="2FAA9927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Segoe UI Symbol" w:hAnsi="Segoe UI Symbol" w:cs="Segoe UI Symbol"/>
        </w:rPr>
        <w:t>☐</w:t>
      </w:r>
      <w:r w:rsidRPr="00065A43">
        <w:rPr>
          <w:rFonts w:ascii="Times New Roman" w:hAnsi="Times New Roman" w:cs="Times New Roman"/>
        </w:rPr>
        <w:t xml:space="preserve"> Create a comic strip</w:t>
      </w:r>
    </w:p>
    <w:p w14:paraId="3EC2303B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Segoe UI Symbol" w:hAnsi="Segoe UI Symbol" w:cs="Segoe UI Symbol"/>
        </w:rPr>
        <w:t>☐</w:t>
      </w:r>
      <w:r w:rsidRPr="00065A43">
        <w:rPr>
          <w:rFonts w:ascii="Times New Roman" w:hAnsi="Times New Roman" w:cs="Times New Roman"/>
        </w:rPr>
        <w:t xml:space="preserve"> Record an oral explanation (teacher approval)</w:t>
      </w:r>
    </w:p>
    <w:p w14:paraId="3AC110B7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Segoe UI Symbol" w:hAnsi="Segoe UI Symbol" w:cs="Segoe UI Symbol"/>
        </w:rPr>
        <w:t>☐</w:t>
      </w:r>
      <w:r w:rsidRPr="00065A43">
        <w:rPr>
          <w:rFonts w:ascii="Times New Roman" w:hAnsi="Times New Roman" w:cs="Times New Roman"/>
        </w:rPr>
        <w:t xml:space="preserve"> Role-play the situation</w:t>
      </w:r>
    </w:p>
    <w:p w14:paraId="0B78F100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br/>
        <w:t>Explain or create your response below (or attach your work):</w:t>
      </w:r>
    </w:p>
    <w:p w14:paraId="39C25528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____________________________________________________________</w:t>
      </w:r>
    </w:p>
    <w:p w14:paraId="6F49B64C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____________________________________________________________</w:t>
      </w:r>
    </w:p>
    <w:p w14:paraId="79E3687C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____________________________________________________________</w:t>
      </w:r>
    </w:p>
    <w:p w14:paraId="242C4606" w14:textId="70E03FAC" w:rsidR="00B24BF5" w:rsidRPr="00065A43" w:rsidRDefault="00420993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F79B26" wp14:editId="3BA42740">
                <wp:simplePos x="0" y="0"/>
                <wp:positionH relativeFrom="column">
                  <wp:posOffset>-857250</wp:posOffset>
                </wp:positionH>
                <wp:positionV relativeFrom="paragraph">
                  <wp:posOffset>235585</wp:posOffset>
                </wp:positionV>
                <wp:extent cx="2019300" cy="571500"/>
                <wp:effectExtent l="0" t="0" r="0" b="0"/>
                <wp:wrapNone/>
                <wp:docPr id="52" name="Freeform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0DA761-41FD-6F78-4F78-3909AE0592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9645" h="808530">
                              <a:moveTo>
                                <a:pt x="0" y="0"/>
                              </a:moveTo>
                              <a:lnTo>
                                <a:pt x="2999645" y="0"/>
                              </a:lnTo>
                              <a:lnTo>
                                <a:pt x="2999645" y="808530"/>
                              </a:lnTo>
                              <a:lnTo>
                                <a:pt x="0" y="808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CBAFA" id="Freeform 9" o:spid="_x0000_s1026" style="position:absolute;margin-left:-67.5pt;margin-top:18.55pt;width:15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99645,808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" path="m,l2999645,r,808530l,808530,,xe" stroked="f">
                <v:fill r:id="rId9" o:title="" recolor="t" rotate="t" type="frame"/>
                <v:path arrowok="t"/>
              </v:shape>
            </w:pict>
          </mc:Fallback>
        </mc:AlternateContent>
      </w:r>
    </w:p>
    <w:p w14:paraId="737DAB78" w14:textId="2656ED3D" w:rsidR="00AA264C" w:rsidRDefault="00FF3FF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4EEE2367" wp14:editId="62545D75">
            <wp:simplePos x="0" y="0"/>
            <wp:positionH relativeFrom="column">
              <wp:posOffset>3861435</wp:posOffset>
            </wp:positionH>
            <wp:positionV relativeFrom="paragraph">
              <wp:posOffset>-666750</wp:posOffset>
            </wp:positionV>
            <wp:extent cx="2128118" cy="1419225"/>
            <wp:effectExtent l="0" t="0" r="5715" b="0"/>
            <wp:wrapNone/>
            <wp:docPr id="1639450845" name="Picture 3" descr="A doctor wearing a mask and holding a iv dr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50845" name="Picture 3" descr="A doctor wearing a mask and holding a iv drip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8118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43" w:rsidRPr="00065A43">
        <w:rPr>
          <w:rFonts w:ascii="Times New Roman" w:hAnsi="Times New Roman" w:cs="Times New Roman"/>
          <w:b/>
          <w:bCs/>
          <w:sz w:val="28"/>
          <w:szCs w:val="28"/>
        </w:rPr>
        <w:t>Part 4: Reflect on Your Learning</w:t>
      </w:r>
    </w:p>
    <w:p w14:paraId="4700A9E4" w14:textId="4B861FC5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br/>
        <w:t>What new skill did you learn about nurses?</w:t>
      </w:r>
    </w:p>
    <w:p w14:paraId="0BFCCB13" w14:textId="0BB7842E" w:rsidR="00823835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____________________________________________________________</w:t>
      </w:r>
    </w:p>
    <w:p w14:paraId="4698B3C3" w14:textId="0D04CB6D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Which part of the activity helped you learn the most?</w:t>
      </w:r>
    </w:p>
    <w:p w14:paraId="6B351BC6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____________________________________________________________</w:t>
      </w:r>
    </w:p>
    <w:p w14:paraId="6F777642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br/>
        <w:t>What strategy helped you understand the scenario?</w:t>
      </w:r>
    </w:p>
    <w:p w14:paraId="4FB0C16A" w14:textId="3869F72E" w:rsidR="0099304E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____________________________________________________________</w:t>
      </w:r>
      <w:r w:rsidRPr="00065A43">
        <w:rPr>
          <w:rFonts w:ascii="Times New Roman" w:hAnsi="Times New Roman" w:cs="Times New Roman"/>
        </w:rPr>
        <w:br/>
      </w:r>
    </w:p>
    <w:p w14:paraId="190F317F" w14:textId="5B75C26D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 xml:space="preserve">What </w:t>
      </w:r>
      <w:r w:rsidR="00DA2779">
        <w:rPr>
          <w:rFonts w:ascii="Times New Roman" w:hAnsi="Times New Roman" w:cs="Times New Roman"/>
        </w:rPr>
        <w:t>additional</w:t>
      </w:r>
      <w:r w:rsidRPr="00065A43">
        <w:rPr>
          <w:rFonts w:ascii="Times New Roman" w:hAnsi="Times New Roman" w:cs="Times New Roman"/>
        </w:rPr>
        <w:t xml:space="preserve"> </w:t>
      </w:r>
      <w:r w:rsidR="00DA2779">
        <w:rPr>
          <w:rFonts w:ascii="Times New Roman" w:hAnsi="Times New Roman" w:cs="Times New Roman"/>
        </w:rPr>
        <w:t>information would you like to</w:t>
      </w:r>
      <w:r w:rsidRPr="00065A43">
        <w:rPr>
          <w:rFonts w:ascii="Times New Roman" w:hAnsi="Times New Roman" w:cs="Times New Roman"/>
        </w:rPr>
        <w:t xml:space="preserve"> learn </w:t>
      </w:r>
      <w:r w:rsidR="008F6F06">
        <w:rPr>
          <w:rFonts w:ascii="Times New Roman" w:hAnsi="Times New Roman" w:cs="Times New Roman"/>
        </w:rPr>
        <w:t>regarding</w:t>
      </w:r>
      <w:r w:rsidRPr="00065A43">
        <w:rPr>
          <w:rFonts w:ascii="Times New Roman" w:hAnsi="Times New Roman" w:cs="Times New Roman"/>
        </w:rPr>
        <w:t xml:space="preserve"> healthcare careers?</w:t>
      </w:r>
    </w:p>
    <w:p w14:paraId="76EA89BC" w14:textId="77777777" w:rsidR="00B24BF5" w:rsidRPr="00065A43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____________________________________________________________</w:t>
      </w:r>
    </w:p>
    <w:p w14:paraId="4F18ED94" w14:textId="12622771" w:rsidR="00B24BF5" w:rsidRPr="00065A43" w:rsidRDefault="00B24BF5" w:rsidP="00065A43">
      <w:pPr>
        <w:rPr>
          <w:rFonts w:ascii="Times New Roman" w:hAnsi="Times New Roman" w:cs="Times New Roman"/>
        </w:rPr>
      </w:pPr>
    </w:p>
    <w:p w14:paraId="438960FA" w14:textId="28B35CE9" w:rsidR="00065A43" w:rsidRPr="00065A43" w:rsidRDefault="00065A43" w:rsidP="00065A4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5A43">
        <w:rPr>
          <w:rFonts w:ascii="Times New Roman" w:hAnsi="Times New Roman" w:cs="Times New Roman"/>
          <w:b/>
          <w:bCs/>
          <w:sz w:val="28"/>
          <w:szCs w:val="28"/>
        </w:rPr>
        <w:t xml:space="preserve">Student </w:t>
      </w:r>
      <w:proofErr w:type="spellStart"/>
      <w:r w:rsidRPr="00065A43">
        <w:rPr>
          <w:rFonts w:ascii="Times New Roman" w:hAnsi="Times New Roman" w:cs="Times New Roman"/>
          <w:b/>
          <w:bCs/>
          <w:sz w:val="28"/>
          <w:szCs w:val="28"/>
        </w:rPr>
        <w:t>Self Assessment</w:t>
      </w:r>
      <w:proofErr w:type="spellEnd"/>
    </w:p>
    <w:p w14:paraId="58272E4A" w14:textId="6E81B5D5" w:rsidR="0099304E" w:rsidRDefault="00F31C28">
      <w:pPr>
        <w:rPr>
          <w:rFonts w:ascii="Times New Roman" w:hAnsi="Times New Roman" w:cs="Times New Roman"/>
        </w:rPr>
      </w:pPr>
      <w:r w:rsidRPr="00065A43">
        <w:rPr>
          <w:rFonts w:ascii="Times New Roman" w:hAnsi="Times New Roman" w:cs="Times New Roman"/>
        </w:rPr>
        <w:t>Circle how you feel about your learning today.</w:t>
      </w:r>
    </w:p>
    <w:p w14:paraId="501F42D8" w14:textId="77777777" w:rsidR="00C929A3" w:rsidRPr="00065A43" w:rsidRDefault="00C929A3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6"/>
        <w:gridCol w:w="1726"/>
        <w:gridCol w:w="1726"/>
        <w:gridCol w:w="1726"/>
        <w:gridCol w:w="1726"/>
      </w:tblGrid>
      <w:tr w:rsidR="0099304E" w14:paraId="233F1716" w14:textId="77777777" w:rsidTr="0099304E">
        <w:tc>
          <w:tcPr>
            <w:tcW w:w="1726" w:type="dxa"/>
          </w:tcPr>
          <w:p w14:paraId="1FE64681" w14:textId="6F29DA9D" w:rsidR="0099304E" w:rsidRPr="00346298" w:rsidRDefault="00546636">
            <w:pPr>
              <w:rPr>
                <w:rFonts w:ascii="Times New Roman" w:hAnsi="Times New Roman" w:cs="Times New Roman"/>
                <w:b/>
                <w:bCs/>
              </w:rPr>
            </w:pPr>
            <w:r w:rsidRPr="00346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Understand What Nurses Do</w:t>
            </w:r>
            <w:r w:rsidR="00346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26" w:type="dxa"/>
          </w:tcPr>
          <w:p w14:paraId="602B974E" w14:textId="68353D41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Not yet</w:t>
            </w:r>
          </w:p>
        </w:tc>
        <w:tc>
          <w:tcPr>
            <w:tcW w:w="1726" w:type="dxa"/>
          </w:tcPr>
          <w:p w14:paraId="03588061" w14:textId="5B4C422D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little</w:t>
            </w:r>
          </w:p>
        </w:tc>
        <w:tc>
          <w:tcPr>
            <w:tcW w:w="1726" w:type="dxa"/>
          </w:tcPr>
          <w:p w14:paraId="7541B212" w14:textId="72E00DF0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Mostly</w:t>
            </w:r>
          </w:p>
        </w:tc>
        <w:tc>
          <w:tcPr>
            <w:tcW w:w="1726" w:type="dxa"/>
          </w:tcPr>
          <w:p w14:paraId="74595C84" w14:textId="3CA57CE2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Very well</w:t>
            </w:r>
          </w:p>
        </w:tc>
      </w:tr>
      <w:tr w:rsidR="0099304E" w14:paraId="2D1AA721" w14:textId="77777777" w:rsidTr="0099304E">
        <w:tc>
          <w:tcPr>
            <w:tcW w:w="1726" w:type="dxa"/>
          </w:tcPr>
          <w:p w14:paraId="46656675" w14:textId="200B5E35" w:rsidR="0099304E" w:rsidRPr="00346298" w:rsidRDefault="00546636">
            <w:pPr>
              <w:rPr>
                <w:rFonts w:ascii="Times New Roman" w:hAnsi="Times New Roman" w:cs="Times New Roman"/>
                <w:b/>
                <w:bCs/>
              </w:rPr>
            </w:pPr>
            <w:r w:rsidRPr="00346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Explained My Thinking Clea</w:t>
            </w:r>
            <w:r w:rsidR="003F30D8" w:rsidRPr="00346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rly</w:t>
            </w:r>
            <w:r w:rsidR="00346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26" w:type="dxa"/>
          </w:tcPr>
          <w:p w14:paraId="3B186A93" w14:textId="5D978FF8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Not yet</w:t>
            </w:r>
          </w:p>
        </w:tc>
        <w:tc>
          <w:tcPr>
            <w:tcW w:w="1726" w:type="dxa"/>
          </w:tcPr>
          <w:p w14:paraId="32BD5B9A" w14:textId="4F731215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little</w:t>
            </w:r>
          </w:p>
        </w:tc>
        <w:tc>
          <w:tcPr>
            <w:tcW w:w="1726" w:type="dxa"/>
          </w:tcPr>
          <w:p w14:paraId="256FE063" w14:textId="486B12F9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Mostly</w:t>
            </w:r>
          </w:p>
        </w:tc>
        <w:tc>
          <w:tcPr>
            <w:tcW w:w="1726" w:type="dxa"/>
          </w:tcPr>
          <w:p w14:paraId="50000DB5" w14:textId="04B786E9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Very well</w:t>
            </w:r>
          </w:p>
        </w:tc>
      </w:tr>
      <w:tr w:rsidR="0099304E" w14:paraId="1E20E133" w14:textId="77777777" w:rsidTr="0099304E">
        <w:tc>
          <w:tcPr>
            <w:tcW w:w="1726" w:type="dxa"/>
          </w:tcPr>
          <w:p w14:paraId="728A76AD" w14:textId="142D11AA" w:rsidR="0099304E" w:rsidRPr="00346298" w:rsidRDefault="00F94B35">
            <w:pPr>
              <w:rPr>
                <w:rFonts w:ascii="Times New Roman" w:hAnsi="Times New Roman" w:cs="Times New Roman"/>
                <w:b/>
                <w:bCs/>
              </w:rPr>
            </w:pPr>
            <w:r w:rsidRPr="00346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Stayed Engaged in the Activity</w:t>
            </w:r>
            <w:r w:rsidR="00346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26" w:type="dxa"/>
          </w:tcPr>
          <w:p w14:paraId="44F7B4F2" w14:textId="1A7B07DF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Not yet</w:t>
            </w:r>
          </w:p>
        </w:tc>
        <w:tc>
          <w:tcPr>
            <w:tcW w:w="1726" w:type="dxa"/>
          </w:tcPr>
          <w:p w14:paraId="6DE5898B" w14:textId="0C898F04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little</w:t>
            </w:r>
          </w:p>
        </w:tc>
        <w:tc>
          <w:tcPr>
            <w:tcW w:w="1726" w:type="dxa"/>
          </w:tcPr>
          <w:p w14:paraId="19DA8D57" w14:textId="4EC3BBA3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Mostly</w:t>
            </w:r>
          </w:p>
        </w:tc>
        <w:tc>
          <w:tcPr>
            <w:tcW w:w="1726" w:type="dxa"/>
          </w:tcPr>
          <w:p w14:paraId="706CEF2F" w14:textId="0FBF4C33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Very well</w:t>
            </w:r>
          </w:p>
        </w:tc>
      </w:tr>
      <w:tr w:rsidR="0099304E" w14:paraId="3813E7CA" w14:textId="77777777" w:rsidTr="0099304E">
        <w:tc>
          <w:tcPr>
            <w:tcW w:w="1726" w:type="dxa"/>
          </w:tcPr>
          <w:p w14:paraId="6E6C3692" w14:textId="385A4DAF" w:rsidR="0099304E" w:rsidRPr="00346298" w:rsidRDefault="00527336">
            <w:pPr>
              <w:rPr>
                <w:rFonts w:ascii="Times New Roman" w:hAnsi="Times New Roman" w:cs="Times New Roman"/>
                <w:b/>
                <w:bCs/>
              </w:rPr>
            </w:pPr>
            <w:r w:rsidRPr="00346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used a Learning Strategy that Worked for me</w:t>
            </w:r>
            <w:r w:rsidR="00346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26" w:type="dxa"/>
          </w:tcPr>
          <w:p w14:paraId="48765F19" w14:textId="7CE9A344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Not yet</w:t>
            </w:r>
          </w:p>
        </w:tc>
        <w:tc>
          <w:tcPr>
            <w:tcW w:w="1726" w:type="dxa"/>
          </w:tcPr>
          <w:p w14:paraId="002B16D5" w14:textId="144048B3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little</w:t>
            </w:r>
          </w:p>
        </w:tc>
        <w:tc>
          <w:tcPr>
            <w:tcW w:w="1726" w:type="dxa"/>
          </w:tcPr>
          <w:p w14:paraId="10178734" w14:textId="46024C9B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Mostly</w:t>
            </w:r>
          </w:p>
        </w:tc>
        <w:tc>
          <w:tcPr>
            <w:tcW w:w="1726" w:type="dxa"/>
          </w:tcPr>
          <w:p w14:paraId="71AA949B" w14:textId="38DAF2CE" w:rsidR="0099304E" w:rsidRDefault="003462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Very well</w:t>
            </w:r>
          </w:p>
        </w:tc>
      </w:tr>
      <w:bookmarkEnd w:id="0"/>
    </w:tbl>
    <w:p w14:paraId="61773210" w14:textId="5A7D9626" w:rsidR="00C929A3" w:rsidRPr="00065A43" w:rsidRDefault="00C929A3" w:rsidP="00C929A3">
      <w:pPr>
        <w:rPr>
          <w:rFonts w:ascii="Times New Roman" w:hAnsi="Times New Roman" w:cs="Times New Roman"/>
        </w:rPr>
      </w:pPr>
    </w:p>
    <w:p w14:paraId="34C889CC" w14:textId="0265B27F" w:rsidR="00B24BF5" w:rsidRPr="00065A43" w:rsidRDefault="00420993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7D7294" wp14:editId="40B04223">
                <wp:simplePos x="0" y="0"/>
                <wp:positionH relativeFrom="column">
                  <wp:posOffset>-771525</wp:posOffset>
                </wp:positionH>
                <wp:positionV relativeFrom="paragraph">
                  <wp:posOffset>714375</wp:posOffset>
                </wp:positionV>
                <wp:extent cx="2019300" cy="571500"/>
                <wp:effectExtent l="0" t="0" r="0" b="0"/>
                <wp:wrapNone/>
                <wp:docPr id="1503142144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9645" h="808530">
                              <a:moveTo>
                                <a:pt x="0" y="0"/>
                              </a:moveTo>
                              <a:lnTo>
                                <a:pt x="2999645" y="0"/>
                              </a:lnTo>
                              <a:lnTo>
                                <a:pt x="2999645" y="808530"/>
                              </a:lnTo>
                              <a:lnTo>
                                <a:pt x="0" y="808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44D0B" id="Freeform 9" o:spid="_x0000_s1026" style="position:absolute;margin-left:-60.75pt;margin-top:56.25pt;width:159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99645,808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" path="m,l2999645,r,808530l,808530,,xe" stroked="f">
                <v:fill r:id="rId9" o:title="" recolor="t" rotate="t" type="frame"/>
                <v:path arrowok="t"/>
              </v:shape>
            </w:pict>
          </mc:Fallback>
        </mc:AlternateContent>
      </w:r>
    </w:p>
    <w:sectPr w:rsidR="00B24BF5" w:rsidRPr="00065A4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9930418">
    <w:abstractNumId w:val="8"/>
  </w:num>
  <w:num w:numId="2" w16cid:durableId="609582908">
    <w:abstractNumId w:val="6"/>
  </w:num>
  <w:num w:numId="3" w16cid:durableId="1410275282">
    <w:abstractNumId w:val="5"/>
  </w:num>
  <w:num w:numId="4" w16cid:durableId="928611794">
    <w:abstractNumId w:val="4"/>
  </w:num>
  <w:num w:numId="5" w16cid:durableId="282350070">
    <w:abstractNumId w:val="7"/>
  </w:num>
  <w:num w:numId="6" w16cid:durableId="823007108">
    <w:abstractNumId w:val="3"/>
  </w:num>
  <w:num w:numId="7" w16cid:durableId="1960792101">
    <w:abstractNumId w:val="2"/>
  </w:num>
  <w:num w:numId="8" w16cid:durableId="711466554">
    <w:abstractNumId w:val="1"/>
  </w:num>
  <w:num w:numId="9" w16cid:durableId="355617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5A43"/>
    <w:rsid w:val="000B22EC"/>
    <w:rsid w:val="001011CA"/>
    <w:rsid w:val="0015074B"/>
    <w:rsid w:val="00245BAE"/>
    <w:rsid w:val="0027778F"/>
    <w:rsid w:val="0029639D"/>
    <w:rsid w:val="002C63B5"/>
    <w:rsid w:val="00301905"/>
    <w:rsid w:val="00326F90"/>
    <w:rsid w:val="00346298"/>
    <w:rsid w:val="003C62FA"/>
    <w:rsid w:val="003D0F46"/>
    <w:rsid w:val="003F30D8"/>
    <w:rsid w:val="00420993"/>
    <w:rsid w:val="00503AE0"/>
    <w:rsid w:val="00515620"/>
    <w:rsid w:val="00527336"/>
    <w:rsid w:val="00546636"/>
    <w:rsid w:val="005D2388"/>
    <w:rsid w:val="006E1A13"/>
    <w:rsid w:val="007027DE"/>
    <w:rsid w:val="007618BD"/>
    <w:rsid w:val="007D6765"/>
    <w:rsid w:val="00823835"/>
    <w:rsid w:val="008F6F06"/>
    <w:rsid w:val="009253EA"/>
    <w:rsid w:val="00954192"/>
    <w:rsid w:val="0099304E"/>
    <w:rsid w:val="009D3E23"/>
    <w:rsid w:val="00A33E25"/>
    <w:rsid w:val="00A40CCC"/>
    <w:rsid w:val="00AA1D8D"/>
    <w:rsid w:val="00AA264C"/>
    <w:rsid w:val="00B24BF5"/>
    <w:rsid w:val="00B47730"/>
    <w:rsid w:val="00BA77FC"/>
    <w:rsid w:val="00C876AF"/>
    <w:rsid w:val="00C929A3"/>
    <w:rsid w:val="00CB0664"/>
    <w:rsid w:val="00D91715"/>
    <w:rsid w:val="00DA2779"/>
    <w:rsid w:val="00EC1B79"/>
    <w:rsid w:val="00F31C28"/>
    <w:rsid w:val="00F94B35"/>
    <w:rsid w:val="00FA381B"/>
    <w:rsid w:val="00FB0686"/>
    <w:rsid w:val="00FC0DE7"/>
    <w:rsid w:val="00FC693F"/>
    <w:rsid w:val="00FF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292AD9"/>
  <w14:defaultImageDpi w14:val="300"/>
  <w15:docId w15:val="{DAEF4F33-CD44-481E-9D32-91A10BF7E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BA77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77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centresofexcellencenb.ca/health/?speaker_series=how-to-become-a-nurse-with-nbcc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Allain-Geldart, Abigail (EECD/EDPE)</cp:lastModifiedBy>
  <cp:revision>3</cp:revision>
  <dcterms:created xsi:type="dcterms:W3CDTF">2026-03-26T10:39:00Z</dcterms:created>
  <dcterms:modified xsi:type="dcterms:W3CDTF">2026-03-26T13:13:00Z</dcterms:modified>
  <cp:category/>
</cp:coreProperties>
</file>